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sz w:val="18"/>
        </w:rPr>
        <w:t>SAMPLE. Jordan Example is a made-up person; Northbridge Software and Brightline Field Apps are made-up companies. Made by ATS Resume Rewrite to show the layout and the method.</w:t>
      </w:r>
    </w:p>
    <w:p>
      <w:r>
        <w:rPr>
          <w:b/>
          <w:sz w:val="36"/>
        </w:rPr>
        <w:t>Jordan Example</w:t>
      </w:r>
    </w:p>
    <w:p>
      <w:r>
        <w:t>Denver, CO · jordan.example@example.com · (000) 000-0000</w:t>
      </w:r>
    </w:p>
    <w:p>
      <w:r>
        <w:rPr>
          <w:b/>
          <w:sz w:val="24"/>
        </w:rPr>
        <w:t>Customer Success Manager</w:t>
      </w:r>
    </w:p>
    <w:p>
      <w:pPr>
        <w:spacing w:before="200"/>
      </w:pPr>
      <w:r>
        <w:rPr>
          <w:b/>
          <w:sz w:val="22"/>
        </w:rPr>
        <w:t>SUMMARY</w:t>
      </w:r>
    </w:p>
    <w:p>
      <w:r>
        <w:t>Account manager since 2022 at a scheduling-software company, after two years in its support team. Owns a book of small-business accounts through onboarding, check-ins and renewals. Tracks accounts in the company CRM (Salesforce: to confirm) and handles escalations with the support team (Zendesk). Writes help-centre articles and trains new hires. Looking to own a book of about 120 home-service accounts at Northbridge.</w:t>
      </w:r>
    </w:p>
    <w:p>
      <w:pPr>
        <w:spacing w:before="200"/>
      </w:pPr>
      <w:r>
        <w:rPr>
          <w:b/>
          <w:sz w:val="22"/>
        </w:rPr>
        <w:t>EXPERIENCE</w:t>
      </w:r>
    </w:p>
    <w:p>
      <w:r>
        <w:rPr>
          <w:b/>
        </w:rPr>
        <w:t>Account Manager, Brightline Field Apps (made-up company; scheduling software for field crews), Denver, CO</w:t>
      </w:r>
      <w:r>
        <w:t xml:space="preserve">    2022 to present</w:t>
      </w:r>
    </w:p>
    <w:p>
      <w:pPr>
        <w:pStyle w:val="ListBullet"/>
      </w:pPr>
      <w:r>
        <w:t>Own a portfolio of small-business (SMB) customers from onboarding through renewal [number of accounts: see question 1]</w:t>
      </w:r>
    </w:p>
    <w:p>
      <w:pPr>
        <w:pStyle w:val="ListBullet"/>
      </w:pPr>
      <w:r>
        <w:t>Run onboarding for new accounts: setup calls, product walkthroughs and a first-30-days check-in</w:t>
      </w:r>
    </w:p>
    <w:p>
      <w:pPr>
        <w:pStyle w:val="ListBullet"/>
      </w:pPr>
      <w:r>
        <w:t>Hold regular check-in calls with account owners and lead the renewal conversation [renewal rate: see question 2]</w:t>
      </w:r>
    </w:p>
    <w:p>
      <w:pPr>
        <w:pStyle w:val="ListBullet"/>
      </w:pPr>
      <w:r>
        <w:t>Handle escalations with the support team and track each one to a fix</w:t>
      </w:r>
    </w:p>
    <w:p>
      <w:pPr>
        <w:pStyle w:val="ListBullet"/>
      </w:pPr>
      <w:r>
        <w:t>Track account notes, activity and renewal dates in Salesforce [confirm the CRM name: see question 3]</w:t>
      </w:r>
    </w:p>
    <w:p>
      <w:r>
        <w:rPr>
          <w:b/>
        </w:rPr>
        <w:t>Customer Support Specialist, Brightline Field Apps</w:t>
      </w:r>
      <w:r>
        <w:t xml:space="preserve">    2020 to 2022</w:t>
      </w:r>
    </w:p>
    <w:p>
      <w:pPr>
        <w:pStyle w:val="ListBullet"/>
      </w:pPr>
      <w:r>
        <w:t>Resolved customer tickets and chats in Zendesk</w:t>
      </w:r>
    </w:p>
    <w:p>
      <w:pPr>
        <w:pStyle w:val="ListBullet"/>
      </w:pPr>
      <w:r>
        <w:t>Wrote help-centre articles for common setup questions [how many: see question 4]</w:t>
      </w:r>
    </w:p>
    <w:p>
      <w:pPr>
        <w:pStyle w:val="ListBullet"/>
      </w:pPr>
      <w:r>
        <w:t>Trained new hires on the support tools and ticket process</w:t>
      </w:r>
    </w:p>
    <w:p>
      <w:pPr>
        <w:spacing w:before="200"/>
      </w:pPr>
      <w:r>
        <w:rPr>
          <w:b/>
          <w:sz w:val="22"/>
        </w:rPr>
        <w:t>EDUCATION</w:t>
      </w:r>
    </w:p>
    <w:p>
      <w:r>
        <w:t>B.A. Communications, Colorado State University (made-up record), 2019</w:t>
      </w:r>
    </w:p>
    <w:p>
      <w:pPr>
        <w:spacing w:before="200"/>
      </w:pPr>
      <w:r>
        <w:rPr>
          <w:b/>
          <w:sz w:val="22"/>
        </w:rPr>
        <w:t>SKILLS</w:t>
      </w:r>
    </w:p>
    <w:p>
      <w:r>
        <w:t>Customer success · Account management · Onboarding · Renewals · Escalations · CRM (Salesforce: to confirm) · Zendesk · Help-centre writing · Customer training · Microsoft Office</w:t>
      </w:r>
    </w:p>
    <w:p>
      <w:pPr>
        <w:spacing w:before="200"/>
      </w:pPr>
      <w:r>
        <w:rPr>
          <w:b/>
          <w:sz w:val="22"/>
        </w:rPr>
        <w:t>OPEN QUESTIONS BEFORE THIS IS FINAL (NOT PART OF THE RESUME)</w:t>
      </w:r>
    </w:p>
    <w:p>
      <w:r>
        <w:t>1. How many accounts are in your portfolio, roughly? The ad says about 120; a real number on your resume helps.</w:t>
      </w:r>
    </w:p>
    <w:p>
      <w:r>
        <w:t>2. Do you know your renewal or retention rate for 2024 or 2025? If yes, we add it. If not, we leave it out.</w:t>
      </w:r>
    </w:p>
    <w:p>
      <w:r>
        <w:t>3. Your resume says 'the CRM'. Was it Salesforce, HubSpot or something else? We only name the one you used.</w:t>
      </w:r>
    </w:p>
    <w:p>
      <w:r>
        <w:t>4. How many help-centre articles did you write, even roughly?</w:t>
      </w:r>
    </w:p>
    <w:p>
      <w:r>
        <w:t>5. Were any of your check-in calls formal quarterly business reviews (an agenda, a deck, a review of results)? If yes, we call them that.</w:t>
      </w:r>
    </w:p>
    <w:p>
      <w:r>
        <w:t>6. Did you build any reports or read dashboards (in the CRM, in a spreadsheet, in Zendesk)? If yes, tell us which.</w:t>
      </w:r>
    </w:p>
    <w:p>
      <w:r>
        <w:t>7. Is Brightline's product sold as a subscription (SaaS)? The ad asks for SaaS experience; we only write it if it is true.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